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  <Relationship Id="rId5" Type="http://schemas.openxmlformats.org/officeDocument/2006/relationships/custom-properties" Target="docProps/custom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黑体" w:hAnsi="黑体" w:eastAsia="黑体"/>
        </w:rPr>
        <w:t>期末学生评语（中肯客观·个性化）</w:t>
      </w:r>
    </w:p>
    <w:p>
      <w:pPr>
        <w:jc w:val="center"/>
      </w:pPr>
      <w:r>
        <w:rPr>
          <w:color w:val="666666"/>
          <w:sz w:val="21"/>
        </w:rPr>
        <w:t>——客观陈述本学期表现与建议，供期末评价参考——</w:t>
      </w:r>
    </w:p>
    <w:p/>
    <w:p>
      <w:pPr>
        <w:pStyle w:val="Heading2"/>
      </w:pPr>
      <w:r>
        <w:rPr>
          <w:rFonts w:ascii="黑体" w:hAnsi="黑体" w:eastAsia="黑体"/>
        </w:rPr>
        <w:t>2026001　王子涵</w:t>
      </w:r>
    </w:p>
    <w:p>
      <w:pPr>
        <w:spacing w:line="336" w:lineRule="auto" w:after="200"/>
        <w:ind w:firstLine="480"/>
      </w:pPr>
      <w:r>
        <w:t>子涵，本学期你学习态度端正，语文87分基础扎实，数学课堂上思维活跃，常提出有价值的问题，好奇心强是你的优点。不足之处在于做题细致程度有待提高，建议养成逐题检查的习惯，减少粗心失分。若能加强专注与耐心，成绩会更加稳定。望下学期保持提问热情，争取更大进步。</w:t>
      </w:r>
    </w:p>
    <w:p>
      <w:pPr>
        <w:pStyle w:val="Heading2"/>
      </w:pPr>
      <w:r>
        <w:rPr>
          <w:rFonts w:ascii="黑体" w:hAnsi="黑体" w:eastAsia="黑体"/>
        </w:rPr>
        <w:t>2026002　王雨桐</w:t>
      </w:r>
    </w:p>
    <w:p>
      <w:pPr>
        <w:spacing w:line="336" w:lineRule="auto" w:after="200"/>
        <w:ind w:firstLine="480"/>
      </w:pPr>
      <w:r>
        <w:t>雨桐，本学期你数学91分，逻辑思维清晰，学习认真；值日工作负责，责任心较强，老师对你总体满意。英语是相对薄弱科目，建议每日坚持跟读、积累单词，逐步提升语感。你做事有条理，若能主动补足短板，各科将更均衡。望保持现有优势，下学期再接再厉。</w:t>
      </w:r>
    </w:p>
    <w:p>
      <w:pPr>
        <w:pStyle w:val="Heading2"/>
      </w:pPr>
      <w:r>
        <w:rPr>
          <w:rFonts w:ascii="黑体" w:hAnsi="黑体" w:eastAsia="黑体"/>
        </w:rPr>
        <w:t>2026003　王欣怡</w:t>
      </w:r>
    </w:p>
    <w:p>
      <w:pPr>
        <w:spacing w:line="336" w:lineRule="auto" w:after="200"/>
        <w:ind w:firstLine="480"/>
      </w:pPr>
      <w:r>
        <w:t>欣怡，本学期你学习态度端正，作业书写工整，英语90分优秀且敢于开口表达，是班级的示范。数学78分尚有提升空间，建议加强计算训练与错题整理，注重解题细节。你的学习习惯较好、自觉性较强，若针对数学持续用力，整体成绩将更上一层。望保持优势，均衡发展。</w:t>
      </w:r>
    </w:p>
    <w:p>
      <w:pPr>
        <w:pStyle w:val="Heading2"/>
      </w:pPr>
      <w:r>
        <w:rPr>
          <w:rFonts w:ascii="黑体" w:hAnsi="黑体" w:eastAsia="黑体"/>
        </w:rPr>
        <w:t>2026004　王浩然</w:t>
      </w:r>
    </w:p>
    <w:p>
      <w:pPr>
        <w:spacing w:line="336" w:lineRule="auto" w:after="200"/>
        <w:ind w:firstLine="480"/>
      </w:pPr>
      <w:r>
        <w:t>浩然，本学期你在美术与合唱方面表现突出，艺术素养良好；你好奇心强，善于提问，这是可贵的学习品质。语文67分相对靠后，建议加强字词积累，增加阅读量，逐步提升理解与表达能力。若能把艺术学习的专注带入学业，进步会更明显。望合理分配时间，全面发展。</w:t>
      </w:r>
    </w:p>
    <w:p>
      <w:pPr>
        <w:pStyle w:val="Heading2"/>
      </w:pPr>
      <w:r>
        <w:rPr>
          <w:rFonts w:ascii="黑体" w:hAnsi="黑体" w:eastAsia="黑体"/>
        </w:rPr>
        <w:t>2026005　王宇轩</w:t>
      </w:r>
    </w:p>
    <w:p>
      <w:pPr>
        <w:spacing w:line="336" w:lineRule="auto" w:after="200"/>
        <w:ind w:firstLine="480"/>
      </w:pPr>
      <w:r>
        <w:t>宇轩，本学期你的作文构思新颖、富有创意，语文基础较好；长跑耐力佳，意志品质值得肯定。数学与英语处于中游，建议加强基础训练：数学注重计算准确率，英语重视词汇积累与朗读。你的创意表达是明显优势，若能补齐学科短板，综合成绩将明显提升。望下学期继续努力。</w:t>
      </w:r>
    </w:p>
    <w:p>
      <w:pPr>
        <w:pStyle w:val="Heading2"/>
      </w:pPr>
      <w:r>
        <w:rPr>
          <w:rFonts w:ascii="黑体" w:hAnsi="黑体" w:eastAsia="黑体"/>
        </w:rPr>
        <w:t>2026006　王梓萱</w:t>
      </w:r>
    </w:p>
    <w:p>
      <w:pPr>
        <w:spacing w:line="336" w:lineRule="auto" w:after="200"/>
        <w:ind w:firstLine="480"/>
      </w:pPr>
      <w:r>
        <w:t>梓萱，本学期你乐于帮助同学，做事细心踏实，良好的品行得到师生认可。英语78分中等偏上，语文数学尚有进步空间，建议每天安排固定时间巩固：语文多积累字词，数学多练计算与应用题。你学习态度端正、不急不躁，坚持稳扎稳打，成绩有望逐步提升。望下学期保持状态。</w:t>
      </w:r>
    </w:p>
    <w:p>
      <w:pPr>
        <w:pStyle w:val="Heading2"/>
      </w:pPr>
      <w:r>
        <w:rPr>
          <w:rFonts w:ascii="黑体" w:hAnsi="黑体" w:eastAsia="黑体"/>
        </w:rPr>
        <w:t>2026007　王一诺</w:t>
      </w:r>
    </w:p>
    <w:p>
      <w:pPr>
        <w:spacing w:line="336" w:lineRule="auto" w:after="200"/>
        <w:ind w:firstLine="480"/>
      </w:pPr>
      <w:r>
        <w:t>一诺，本学期你学习态度端正，总分258分，成绩优秀，课堂发言条理清晰，做事细心可靠，综合表现突出。语文英语均为高分，数学79分建议加强难题训练与规范答题，保持优势并继续拓展。你具有良好的学习习惯与自我管理能力，望下学期保持专注，向更高目标迈进。</w:t>
      </w:r>
    </w:p>
    <w:p>
      <w:pPr>
        <w:pStyle w:val="Heading2"/>
      </w:pPr>
      <w:r>
        <w:rPr>
          <w:rFonts w:ascii="黑体" w:hAnsi="黑体" w:eastAsia="黑体"/>
        </w:rPr>
        <w:t>2026008　王明哲</w:t>
      </w:r>
    </w:p>
    <w:p>
      <w:pPr>
        <w:spacing w:line="336" w:lineRule="auto" w:after="200"/>
        <w:ind w:firstLine="480"/>
      </w:pPr>
      <w:r>
        <w:t>明哲，本学期你英语91分成绩优秀，口语表达敢于开口，课外阅读习惯良好，知识面较广；运动会为班级争光，集体荣誉感强。语文与数学尚有提升空间，建议在阅读理解和解题规范上多加练习。你的潜力较大，若学习精力分配更合理，成绩将更均衡。望下学期继续努力。</w:t>
      </w:r>
    </w:p>
    <w:p>
      <w:pPr>
        <w:pStyle w:val="Heading2"/>
      </w:pPr>
      <w:r>
        <w:rPr>
          <w:rFonts w:ascii="黑体" w:hAnsi="黑体" w:eastAsia="黑体"/>
        </w:rPr>
        <w:t>2026009　王思远</w:t>
      </w:r>
    </w:p>
    <w:p>
      <w:pPr>
        <w:spacing w:line="336" w:lineRule="auto" w:after="200"/>
        <w:ind w:firstLine="480"/>
      </w:pPr>
      <w:r>
        <w:t>思远，本学期你语文98分，朗读富有感情，理解与表达能力强；乐于帮助同学，综合表现好。数学成绩中上，建议针对薄弱题型加强练习，注重答题规范与验算习惯。你的学习态度认真、基础扎实，若各科发展更加均衡，综合成绩定会再上台阶。望保持优势，继续提升。</w:t>
      </w:r>
    </w:p>
    <w:p>
      <w:pPr>
        <w:pStyle w:val="Heading2"/>
      </w:pPr>
      <w:r>
        <w:rPr>
          <w:rFonts w:ascii="黑体" w:hAnsi="黑体" w:eastAsia="黑体"/>
        </w:rPr>
        <w:t>2026010　王佳琪</w:t>
      </w:r>
    </w:p>
    <w:p>
      <w:pPr>
        <w:spacing w:line="336" w:lineRule="auto" w:after="200"/>
        <w:ind w:firstLine="480"/>
      </w:pPr>
      <w:r>
        <w:t>佳琪，本学期你在小组合作中主动，乐于承担事务，责任心较强。数学83分、英语88分成绩较好，语文60分相对薄弱，建议加强字词积累与朗读训练，逐步提高阅读能力。你课堂参与度高、学习意愿强，若能针对语文制定计划并坚持，成绩会有提升。望下学期在弱项上多下功夫。</w:t>
      </w:r>
    </w:p>
    <w:p>
      <w:pPr>
        <w:pStyle w:val="Heading2"/>
      </w:pPr>
      <w:r>
        <w:rPr>
          <w:rFonts w:ascii="黑体" w:hAnsi="黑体" w:eastAsia="黑体"/>
        </w:rPr>
        <w:t>2026011　王泽宇</w:t>
      </w:r>
    </w:p>
    <w:p>
      <w:pPr>
        <w:spacing w:line="336" w:lineRule="auto" w:after="200"/>
        <w:ind w:firstLine="480"/>
      </w:pPr>
      <w:r>
        <w:t>泽宇，本学期你动手实践能力突出，实验参与积极，计算速度快，学习态度好。语文84分较好，数学英语处于中上，建议加强应用与阅读能力，注意书写规范与答题步骤。你的动手与计算有优势，建议增强学习的稳定性与细致度，成绩将更全面。望下学期保持劲头，再接再厉。</w:t>
      </w:r>
    </w:p>
    <w:p>
      <w:pPr>
        <w:pStyle w:val="Heading2"/>
      </w:pPr>
      <w:r>
        <w:rPr>
          <w:rFonts w:ascii="黑体" w:hAnsi="黑体" w:eastAsia="黑体"/>
        </w:rPr>
        <w:t>2026012　王诗涵</w:t>
      </w:r>
    </w:p>
    <w:p>
      <w:pPr>
        <w:spacing w:line="336" w:lineRule="auto" w:after="200"/>
        <w:ind w:firstLine="480"/>
      </w:pPr>
      <w:r>
        <w:t>诗涵，本学期你英语92分成绩优秀，作文有创意，负责班级图书角，工作认真。数学67分尚有较大提升空间，建议加强应用题训练与计算细节，减少粗心失分。你的语文英语基础扎实、学习方法有效，若针对数学进行专项提升，总体成绩将更均衡。望下学期在数学上多投入，取得进步。</w:t>
      </w:r>
    </w:p>
    <w:p>
      <w:pPr>
        <w:pStyle w:val="Heading2"/>
      </w:pPr>
      <w:r>
        <w:rPr>
          <w:rFonts w:ascii="黑体" w:hAnsi="黑体" w:eastAsia="黑体"/>
        </w:rPr>
        <w:t>2026013　王俊杰</w:t>
      </w:r>
    </w:p>
    <w:p>
      <w:pPr>
        <w:spacing w:line="336" w:lineRule="auto" w:after="200"/>
        <w:ind w:firstLine="480"/>
      </w:pPr>
      <w:r>
        <w:t>俊杰，本学期你课间阅读习惯良好，知识面较广，体育课表现突出，综合素质较好。英语89分成绩优秀，语文数学处于中游，建议加强语文阅读理解与数学基础训练，合理安排阅读与复习时间。你的阅读习惯是优势，若将其迁移到课内学习，成绩会稳步提高。望下学期均衡发展。</w:t>
      </w:r>
    </w:p>
    <w:p>
      <w:pPr>
        <w:pStyle w:val="Heading2"/>
      </w:pPr>
      <w:r>
        <w:rPr>
          <w:rFonts w:ascii="黑体" w:hAnsi="黑体" w:eastAsia="黑体"/>
        </w:rPr>
        <w:t>2026014　王梦琪</w:t>
      </w:r>
    </w:p>
    <w:p>
      <w:pPr>
        <w:spacing w:line="336" w:lineRule="auto" w:after="200"/>
        <w:ind w:firstLine="480"/>
      </w:pPr>
      <w:r>
        <w:t>梦琪，本学期你体育耐力较好，动手实验参与积极，具备较好的意志品质。各科成绩目前较薄弱，总分197分，建议从基础抓起：数学加强口算与基础题训练，语文坚持每日朗读和字词积累，逐步建立信心。你态度端正、不怕困难，持续努力下成绩会逐步提升。望下学期明确目标，稳步前进。</w:t>
      </w:r>
    </w:p>
    <w:p>
      <w:pPr>
        <w:pStyle w:val="Heading2"/>
      </w:pPr>
      <w:r>
        <w:rPr>
          <w:rFonts w:ascii="黑体" w:hAnsi="黑体" w:eastAsia="黑体"/>
        </w:rPr>
        <w:t>2026015　王天佑</w:t>
      </w:r>
    </w:p>
    <w:p>
      <w:pPr>
        <w:spacing w:line="336" w:lineRule="auto" w:after="200"/>
        <w:ind w:firstLine="480"/>
      </w:pPr>
      <w:r>
        <w:t>天佑，本学期你值日工作认真负责，美术方面有创意，英语98分成绩优异。语文数学成绩中等，建议数学加强计算与应用训练，语文增加阅读量、注意书写规范。你认真细致、自觉性强，若在薄弱学科上持续投入，成绩将更加全面。望下学期保持优势科目，同时补齐短板。</w:t>
      </w:r>
    </w:p>
    <w:p>
      <w:pPr>
        <w:pStyle w:val="Heading2"/>
      </w:pPr>
      <w:r>
        <w:rPr>
          <w:rFonts w:ascii="黑体" w:hAnsi="黑体" w:eastAsia="黑体"/>
        </w:rPr>
        <w:t>2026016　王若溪</w:t>
      </w:r>
    </w:p>
    <w:p>
      <w:pPr>
        <w:spacing w:line="336" w:lineRule="auto" w:after="200"/>
        <w:ind w:firstLine="480"/>
      </w:pPr>
      <w:r>
        <w:t>若溪，本学期你安静守纪，做事有始有终，科技节参与积极，学习态度端正。各科成绩中等，基础较好，但课堂主动性不足，建议主动举手发言、参与讨论，增强学习的主动性。你的自律是优点，若表达与交流能力同步提升，学习效果会更明显。望下学期在稳中求进，力争更好。</w:t>
      </w:r>
    </w:p>
    <w:p>
      <w:pPr>
        <w:pStyle w:val="Heading2"/>
      </w:pPr>
      <w:r>
        <w:rPr>
          <w:rFonts w:ascii="黑体" w:hAnsi="黑体" w:eastAsia="黑体"/>
        </w:rPr>
        <w:t>2026017　王晨曦</w:t>
      </w:r>
    </w:p>
    <w:p>
      <w:pPr>
        <w:spacing w:line="336" w:lineRule="auto" w:after="200"/>
        <w:ind w:firstLine="480"/>
      </w:pPr>
      <w:r>
        <w:t>晨曦，本学期你做事有始有终，小组合作表现积极，学习态度认真。数学85分较好，语文与英语尚有提升空间，建议合理安排时间，加强语文阅读与英语基础训练。你有较强的执行力与责任感，坚持执行学习计划，综合成绩会逐步提高。望下学期保持良好状态，取得更大进步。</w:t>
      </w:r>
    </w:p>
    <w:p>
      <w:pPr>
        <w:pStyle w:val="Heading2"/>
      </w:pPr>
      <w:r>
        <w:rPr>
          <w:rFonts w:ascii="黑体" w:hAnsi="黑体" w:eastAsia="黑体"/>
        </w:rPr>
        <w:t>2026018　王嘉怡</w:t>
      </w:r>
    </w:p>
    <w:p>
      <w:pPr>
        <w:spacing w:line="336" w:lineRule="auto" w:after="200"/>
        <w:ind w:firstLine="480"/>
      </w:pPr>
      <w:r>
        <w:t>嘉怡，本学期你体育表现突出，运动能力较好；作业书写工整，学习习惯良好。英语93分成绩优秀，语文数学中上，建议数学加强应用训练，语文增加阅读量，保持各科均衡。你的身体素质与学习能力兼备，望下学期在保持优势的同时，把短板科目补上来，全面发展。</w:t>
      </w:r>
    </w:p>
    <w:p>
      <w:pPr>
        <w:pStyle w:val="Heading2"/>
      </w:pPr>
      <w:r>
        <w:rPr>
          <w:rFonts w:ascii="黑体" w:hAnsi="黑体" w:eastAsia="黑体"/>
        </w:rPr>
        <w:t>2026019　王博文</w:t>
      </w:r>
    </w:p>
    <w:p>
      <w:pPr>
        <w:spacing w:line="336" w:lineRule="auto" w:after="200"/>
        <w:ind w:firstLine="480"/>
      </w:pPr>
      <w:r>
        <w:t>博文，本学期你乐于承担班级事务，纪律观念较强，性格安静，责任心值得肯定。学业基础相对薄弱，总分204分，建议制定每日学习计划，从字词积累和基础计算开始，逐步提高。你有意愿也愿意付出努力，只要坚持积累并主动请教，成绩会逐步改善。望下学期看到你的明显进步。</w:t>
      </w:r>
    </w:p>
    <w:p>
      <w:pPr>
        <w:pStyle w:val="Heading2"/>
      </w:pPr>
      <w:r>
        <w:rPr>
          <w:rFonts w:ascii="黑体" w:hAnsi="黑体" w:eastAsia="黑体"/>
        </w:rPr>
        <w:t>2026020　王晓婷</w:t>
      </w:r>
    </w:p>
    <w:p>
      <w:pPr>
        <w:spacing w:line="336" w:lineRule="auto" w:after="200"/>
        <w:ind w:firstLine="480"/>
      </w:pPr>
      <w:r>
        <w:t>晓婷，本学期你课堂发言积极，朗读富有感情，多次主动协助老师收发作业，责任心强。语文91分优秀，英语85分较好，数学61分相对薄弱，建议加强基础训练，减少粗心失分，遇到问题及时请教老师同学。你学习态度积极，若针对数学持续练习，整体成绩将明显提升。望下学期继续保持。</w:t>
      </w:r>
    </w:p>
    <w:p>
      <w:pPr>
        <w:pStyle w:val="Heading2"/>
      </w:pPr>
      <w:r>
        <w:rPr>
          <w:rFonts w:ascii="黑体" w:hAnsi="黑体" w:eastAsia="黑体"/>
        </w:rPr>
        <w:t>2026021　王皓轩</w:t>
      </w:r>
    </w:p>
    <w:p>
      <w:pPr>
        <w:spacing w:line="336" w:lineRule="auto" w:after="200"/>
        <w:ind w:firstLine="480"/>
      </w:pPr>
      <w:r>
        <w:t>皓轩，本学期你好奇心强、提问积极，数学思维活跃，善于多角度思考，具备良好潜力。语文、英语成绩中等，建议加强积累：语文巩固字词，英语强化单词与朗读，使基础更扎实。你的聪明与好奇是优势，配合持续努力，成绩会更稳定。望下学期提升专注度，稳步向前。</w:t>
      </w:r>
    </w:p>
    <w:p>
      <w:pPr>
        <w:pStyle w:val="Heading2"/>
      </w:pPr>
      <w:r>
        <w:rPr>
          <w:rFonts w:ascii="黑体" w:hAnsi="黑体" w:eastAsia="黑体"/>
        </w:rPr>
        <w:t>2026022　王语嫣</w:t>
      </w:r>
    </w:p>
    <w:p>
      <w:pPr>
        <w:spacing w:line="336" w:lineRule="auto" w:after="200"/>
        <w:ind w:firstLine="480"/>
      </w:pPr>
      <w:r>
        <w:t>语嫣，本学期你数学87分，逻辑思维清晰，值日工作认真负责。语文66分与英语75分尚有提升空间，建议每天安排朗读与积累时间，加强英语词汇与听说训练。你做事有条理、态度端正，若课堂参与更主动，成绩提升会更快。望下学期保持好习惯，各科均衡发展。</w:t>
      </w:r>
    </w:p>
    <w:p>
      <w:pPr>
        <w:pStyle w:val="Heading2"/>
      </w:pPr>
      <w:r>
        <w:rPr>
          <w:rFonts w:ascii="黑体" w:hAnsi="黑体" w:eastAsia="黑体"/>
        </w:rPr>
        <w:t>2026023　王睿</w:t>
      </w:r>
    </w:p>
    <w:p>
      <w:pPr>
        <w:spacing w:line="336" w:lineRule="auto" w:after="200"/>
        <w:ind w:firstLine="480"/>
      </w:pPr>
      <w:r>
        <w:t>王睿，本学期你作业书写工整，英语口语敢于表达，学习习惯较好。数学68分处于中等，建议读题先分析条件、注重步骤规范，减少计算失误；语文增加阅读量、积累好词好句。你态度认真，能坚持完成任务，若在主动思考上多下功夫，成绩会有提升。望下学期继续努力，稳中有进。</w:t>
      </w:r>
    </w:p>
    <w:p>
      <w:pPr>
        <w:pStyle w:val="Heading2"/>
      </w:pPr>
      <w:r>
        <w:rPr>
          <w:rFonts w:ascii="黑体" w:hAnsi="黑体" w:eastAsia="黑体"/>
        </w:rPr>
        <w:t>2026024　王芷晴</w:t>
      </w:r>
    </w:p>
    <w:p>
      <w:pPr>
        <w:spacing w:line="336" w:lineRule="auto" w:after="200"/>
        <w:ind w:firstLine="480"/>
      </w:pPr>
      <w:r>
        <w:t>芷晴，本学期你表现优秀，总分251分，在班级名列前茅。美术方面有想法，是板报小组主力，同时各科成绩均衡，学习认真。建议在保持现有成绩的同时，加强数学与英语的拓展训练，进一步提升综合能力。你能兼顾特长与学业，望下学期保持状态，追求更高的目标。</w:t>
      </w:r>
    </w:p>
    <w:p>
      <w:pPr>
        <w:pStyle w:val="Heading2"/>
      </w:pPr>
      <w:r>
        <w:rPr>
          <w:rFonts w:ascii="黑体" w:hAnsi="黑体" w:eastAsia="黑体"/>
        </w:rPr>
        <w:t>2026025　王承泽</w:t>
      </w:r>
    </w:p>
    <w:p>
      <w:pPr>
        <w:spacing w:line="336" w:lineRule="auto" w:after="200"/>
        <w:ind w:firstLine="480"/>
      </w:pPr>
      <w:r>
        <w:t>承泽，本学期你作文有创意，英语92分，语文基础扎实。数学69分尚有提升空间，建议通过错题整理和专项练习巩固提高；语文继续保持阅读与写作。你善用想象力，学习方法有效，若针对薄弱环节重点发力，成绩将更加稳定。望下学期在细节上打磨，争取更大的进步。</w:t>
      </w:r>
    </w:p>
    <w:p>
      <w:pPr>
        <w:pStyle w:val="Heading2"/>
      </w:pPr>
      <w:r>
        <w:rPr>
          <w:rFonts w:ascii="黑体" w:hAnsi="黑体" w:eastAsia="黑体"/>
        </w:rPr>
        <w:t>2026026　王欣妍</w:t>
      </w:r>
    </w:p>
    <w:p>
      <w:pPr>
        <w:spacing w:line="336" w:lineRule="auto" w:after="200"/>
        <w:ind w:firstLine="480"/>
      </w:pPr>
      <w:r>
        <w:t>欣妍，本学期你语文97分，语文素养，朗读能力强；乐于帮助同学，做事细心，综合素质好。英语66分相对薄弱，建议增加听力与朗读时间，坚持单词积累，逐步弥补差距。你学习认真、基础扎实，主要任务是把各科发展均衡。望下学期在薄弱学科上多做努力，全面提升。</w:t>
      </w:r>
    </w:p>
    <w:p>
      <w:pPr>
        <w:pStyle w:val="Heading2"/>
      </w:pPr>
      <w:r>
        <w:rPr>
          <w:rFonts w:ascii="黑体" w:hAnsi="黑体" w:eastAsia="黑体"/>
        </w:rPr>
        <w:t>2026027　王瑞</w:t>
      </w:r>
    </w:p>
    <w:p>
      <w:pPr>
        <w:spacing w:line="336" w:lineRule="auto" w:after="200"/>
        <w:ind w:firstLine="480"/>
      </w:pPr>
      <w:r>
        <w:t>王瑞，本学期你做事细致踏实，课堂发言积极，学习态度端正，语文英语成绩较好。数学75分建议加强计算准确率与应用题训练，关注错题成因，养成检查习惯。你的自律与认真是优点，继续保持，针对性练习，成绩有望再上台阶。望下学期总结方法，均衡进步。</w:t>
      </w:r>
    </w:p>
    <w:p>
      <w:pPr>
        <w:pStyle w:val="Heading2"/>
      </w:pPr>
      <w:r>
        <w:rPr>
          <w:rFonts w:ascii="黑体" w:hAnsi="黑体" w:eastAsia="黑体"/>
        </w:rPr>
        <w:t>2026028　王安琪</w:t>
      </w:r>
    </w:p>
    <w:p>
      <w:pPr>
        <w:spacing w:line="336" w:lineRule="auto" w:after="200"/>
        <w:ind w:firstLine="480"/>
      </w:pPr>
      <w:r>
        <w:t>安琪，本学期你担任小组长，工作负责，英语口语流利，课间有阅读习惯，知识面较广。语文86分、英语89分较好，数学72分有待提升，建议制定学习计划，从基础题开始逐项解决。你有良好的学习习惯和责任心，若数学持续用力，全面发展可期。望下学期在数学上多下功夫。</w:t>
      </w:r>
    </w:p>
    <w:p>
      <w:pPr>
        <w:pStyle w:val="Heading2"/>
      </w:pPr>
      <w:r>
        <w:rPr>
          <w:rFonts w:ascii="黑体" w:hAnsi="黑体" w:eastAsia="黑体"/>
        </w:rPr>
        <w:t>2026029　王沐宸</w:t>
      </w:r>
    </w:p>
    <w:p>
      <w:pPr>
        <w:spacing w:line="336" w:lineRule="auto" w:after="200"/>
        <w:ind w:firstLine="480"/>
      </w:pPr>
      <w:r>
        <w:t>沐宸，本学期你朗读有感情，乐于帮助同学，学习态度端正。语文68分、英语58分相对薄弱，建议从基础抓起：每日朗读、积累字词，及时复习巩固；数学76分继续保持。你有学习意愿，不怕困难，只要坚持并主动提问，成绩会逐步好转。望下学期在老师家长帮助下稳步提高。</w:t>
      </w:r>
    </w:p>
    <w:p>
      <w:pPr>
        <w:pStyle w:val="Heading2"/>
      </w:pPr>
      <w:r>
        <w:rPr>
          <w:rFonts w:ascii="黑体" w:hAnsi="黑体" w:eastAsia="黑体"/>
        </w:rPr>
        <w:t>2026030　王可欣</w:t>
      </w:r>
    </w:p>
    <w:p>
      <w:pPr>
        <w:spacing w:line="336" w:lineRule="auto" w:after="200"/>
        <w:ind w:firstLine="480"/>
      </w:pPr>
      <w:r>
        <w:t>可欣，本学期你小组合作主动，乐于当小助手，责任心较强。数学80分成绩较好，语文73分、英语70分尚有提升空间，建议增加阅读量、积累词语，英语加强朗读与单词记忆。你态度端正、积极性高，若能针对薄弱学科持续练习，进步会比较明显。望下学期合理安排时间，全面提升。</w:t>
      </w:r>
    </w:p>
    <w:p>
      <w:pPr>
        <w:pStyle w:val="Heading2"/>
      </w:pPr>
      <w:r>
        <w:rPr>
          <w:rFonts w:ascii="黑体" w:hAnsi="黑体" w:eastAsia="黑体"/>
        </w:rPr>
        <w:t>2026031　李子涵</w:t>
      </w:r>
    </w:p>
    <w:p>
      <w:pPr>
        <w:spacing w:line="336" w:lineRule="auto" w:after="200"/>
        <w:ind w:firstLine="480"/>
      </w:pPr>
      <w:r>
        <w:t>子涵，本学期你语文94分，课外动手能力强，计算速度快，学习效率较高。英语69分相对较弱，建议坚持每日跟读、积累词汇，从基础逐步过渡到综合运用。你的优势较为明显，若将同样的专注用于英语学习，各科成绩将更均衡。望下学期认真对待每一科，全面进步。</w:t>
      </w:r>
    </w:p>
    <w:p>
      <w:pPr>
        <w:pStyle w:val="Heading2"/>
      </w:pPr>
      <w:r>
        <w:rPr>
          <w:rFonts w:ascii="黑体" w:hAnsi="黑体" w:eastAsia="黑体"/>
        </w:rPr>
        <w:t>2026032　李雨桐</w:t>
      </w:r>
    </w:p>
    <w:p>
      <w:pPr>
        <w:spacing w:line="336" w:lineRule="auto" w:after="200"/>
        <w:ind w:firstLine="480"/>
      </w:pPr>
      <w:r>
        <w:t>雨桐，本学期你作文有创意，合唱队表现优秀，计算能力较好，综合素养良好。各科成绩较均衡，处于班级中上水平，建议加强错题整理与专项训练，稳步提高。你的学习态度与纪律性较好，若将唱歌时的专注迁移到学习中，综合水平还能再提升。望下学期继续保持，稳中有进。</w:t>
      </w:r>
    </w:p>
    <w:p>
      <w:pPr>
        <w:pStyle w:val="Heading2"/>
      </w:pPr>
      <w:r>
        <w:rPr>
          <w:rFonts w:ascii="黑体" w:hAnsi="黑体" w:eastAsia="黑体"/>
        </w:rPr>
        <w:t>2026033　李欣怡</w:t>
      </w:r>
    </w:p>
    <w:p>
      <w:pPr>
        <w:spacing w:line="336" w:lineRule="auto" w:after="200"/>
        <w:ind w:firstLine="480"/>
      </w:pPr>
      <w:r>
        <w:t>欣怡，本学期你课间阅读习惯较好，体育成绩表现好，学习基础较扎实。语文86分，数学79分，英语67分相对偏弱，建议从听与读入手，每日坚持听力跟读，积累常用词汇。你的自律与阅读习惯有助于提升，建议把时间适当分配给英语，逐步缩小差距。望下学期全面发展。</w:t>
      </w:r>
    </w:p>
    <w:p>
      <w:pPr>
        <w:pStyle w:val="Heading2"/>
      </w:pPr>
      <w:r>
        <w:rPr>
          <w:rFonts w:ascii="黑体" w:hAnsi="黑体" w:eastAsia="黑体"/>
        </w:rPr>
        <w:t>2026034　李浩然</w:t>
      </w:r>
    </w:p>
    <w:p>
      <w:pPr>
        <w:spacing w:line="336" w:lineRule="auto" w:after="200"/>
        <w:ind w:firstLine="480"/>
      </w:pPr>
      <w:r>
        <w:t>浩然，本学期你数学思维活跃，英语93分，体育耐力好，学习基础扎实。语文66分相对偏弱，建议增加阅读量、注重字词积累与朗读，逐步提高表达能力。你态度端正、自律较强，若在语文上多花时间，总成绩会明显提升。望下学期补足弱项，保持整体进步。</w:t>
      </w:r>
    </w:p>
    <w:p>
      <w:pPr>
        <w:pStyle w:val="Heading2"/>
      </w:pPr>
      <w:r>
        <w:rPr>
          <w:rFonts w:ascii="黑体" w:hAnsi="黑体" w:eastAsia="黑体"/>
        </w:rPr>
        <w:t>2026035　李宇轩</w:t>
      </w:r>
    </w:p>
    <w:p>
      <w:pPr>
        <w:spacing w:line="336" w:lineRule="auto" w:after="200"/>
        <w:ind w:firstLine="480"/>
      </w:pPr>
      <w:r>
        <w:t>宇轩，本学期你值日认真负责，美术有创意，各科成绩均衡，学习态度端正。语文80、数学84、英语82，整体处于班级中上水平，整体不错。建议在稳定成绩的同时，可选择英语听说或数学应用题进行专项提升，形成优势科目。你自觉性较强，望下学期在均衡基础上再进一步。</w:t>
      </w:r>
    </w:p>
    <w:p>
      <w:pPr>
        <w:pStyle w:val="Heading2"/>
      </w:pPr>
      <w:r>
        <w:rPr>
          <w:rFonts w:ascii="黑体" w:hAnsi="黑体" w:eastAsia="黑体"/>
        </w:rPr>
        <w:t>2026036　李梓萱</w:t>
      </w:r>
    </w:p>
    <w:p>
      <w:pPr>
        <w:spacing w:line="336" w:lineRule="auto" w:after="200"/>
        <w:ind w:firstLine="480"/>
      </w:pPr>
      <w:r>
        <w:t>梓萱，本学期你安静守纪律，做事有始有终，运动会为班级出力，集体荣誉感较强。各科成绩中等，学习态度端正，建议增强课堂互动，主动发言，通过参与提高知识掌握。若能由被动学习转为主动学习，潜力可以更好地发挥。望下学期在学习主动性上多下功夫，争取提升。</w:t>
      </w:r>
    </w:p>
    <w:p>
      <w:pPr>
        <w:pStyle w:val="Heading2"/>
      </w:pPr>
      <w:r>
        <w:rPr>
          <w:rFonts w:ascii="黑体" w:hAnsi="黑体" w:eastAsia="黑体"/>
        </w:rPr>
        <w:t>2026037　李一诺</w:t>
      </w:r>
    </w:p>
    <w:p>
      <w:pPr>
        <w:spacing w:line="336" w:lineRule="auto" w:after="200"/>
        <w:ind w:firstLine="480"/>
      </w:pPr>
      <w:r>
        <w:t>一诺，本学期你做事有始有终，小组合作表现好，责任心较强。语文78分、英语80分较稳定，数学66分需加强，建议制定每日计算与错题练习计划，逐步夯实基础。你守信、有条理，若坚持自主复习与查漏补缺，成绩会稳步上升。望下学期把数学短板补起来，均衡发展。</w:t>
      </w:r>
    </w:p>
    <w:p>
      <w:pPr>
        <w:pStyle w:val="Heading2"/>
      </w:pPr>
      <w:r>
        <w:rPr>
          <w:rFonts w:ascii="黑体" w:hAnsi="黑体" w:eastAsia="黑体"/>
        </w:rPr>
        <w:t>2026038　李明哲</w:t>
      </w:r>
    </w:p>
    <w:p>
      <w:pPr>
        <w:spacing w:line="336" w:lineRule="auto" w:after="200"/>
        <w:ind w:firstLine="480"/>
      </w:pPr>
      <w:r>
        <w:t>明哲，本学期你体育表现突出，运动能力较好；作业书写工整，学习习惯良好。语文82分、英语82分，数学74分需加强计算与应用能力，建议多做练习、及时订正与请教。你的基础整体较好，若能合理安排锻炼与学习时间，两者兼顾，成绩会更加均衡。望下学期再接再厉，保持进步。</w:t>
      </w:r>
    </w:p>
    <w:p>
      <w:pPr>
        <w:pStyle w:val="Heading2"/>
      </w:pPr>
      <w:r>
        <w:rPr>
          <w:rFonts w:ascii="黑体" w:hAnsi="黑体" w:eastAsia="黑体"/>
        </w:rPr>
        <w:t>2026039　李思远</w:t>
      </w:r>
    </w:p>
    <w:p>
      <w:pPr>
        <w:spacing w:line="336" w:lineRule="auto" w:after="200"/>
        <w:ind w:firstLine="480"/>
      </w:pPr>
      <w:r>
        <w:t>思远，本学期你乐于助人、守纪律，作为老师的小助手认真负责，为人稳重。英语85分较好，语文数学中等，建议增加语文阅读与数学练习，培养更主动的学习方式。你稳定踏实是优点，课堂发言再积极一些、提问多一些，学习效果会更好。望下学期综合提升，全面发展。</w:t>
      </w:r>
    </w:p>
    <w:p>
      <w:pPr>
        <w:pStyle w:val="Heading2"/>
      </w:pPr>
      <w:r>
        <w:rPr>
          <w:rFonts w:ascii="黑体" w:hAnsi="黑体" w:eastAsia="黑体"/>
        </w:rPr>
        <w:t>2026040　李佳琪</w:t>
      </w:r>
    </w:p>
    <w:p>
      <w:pPr>
        <w:spacing w:line="336" w:lineRule="auto" w:after="200"/>
        <w:ind w:firstLine="480"/>
      </w:pPr>
      <w:r>
        <w:t>佳琪，本学期你课堂发言积极，朗读富有感情，负责图书角认真负责，责任心强。语文85分、英语84分成绩较好，数学76分尚有空间，建议每天安排时间练习计算与应用题，及时整理错题。你态度端正、有责任心，若针对数学专项提升，总体成绩会更稳定。望下学期继续努力。</w:t>
      </w:r>
    </w:p>
    <w:p>
      <w:pPr>
        <w:pStyle w:val="Heading2"/>
      </w:pPr>
      <w:r>
        <w:rPr>
          <w:rFonts w:ascii="黑体" w:hAnsi="黑体" w:eastAsia="黑体"/>
        </w:rPr>
        <w:t>2026041　李泽宇</w:t>
      </w:r>
    </w:p>
    <w:p>
      <w:pPr>
        <w:spacing w:line="336" w:lineRule="auto" w:after="200"/>
        <w:ind w:firstLine="480"/>
      </w:pPr>
      <w:r>
        <w:t>泽宇，本学期你好奇心强，爱提问，数学89分思维活跃，数学是你的优势科目。英语67分相对偏弱，建议每日朗读单词、多听课文，逐步培养语感；语文成绩中等，多阅读、多积累。问题意识能促进思考，建议同时提升英语的听读基础，全面发展。望下学期认真补齐短板。</w:t>
      </w:r>
    </w:p>
    <w:p>
      <w:pPr>
        <w:pStyle w:val="Heading2"/>
      </w:pPr>
      <w:r>
        <w:rPr>
          <w:rFonts w:ascii="黑体" w:hAnsi="黑体" w:eastAsia="黑体"/>
        </w:rPr>
        <w:t>2026042　李诗涵</w:t>
      </w:r>
    </w:p>
    <w:p>
      <w:pPr>
        <w:spacing w:line="336" w:lineRule="auto" w:after="200"/>
        <w:ind w:firstLine="480"/>
      </w:pPr>
      <w:r>
        <w:t>诗涵，本学期你作业书写工整，数学82分思维灵活，值日工作负责，学习习惯良好。英语66分、语文73分相对薄弱，建议安排每日朗读时间，加强单词与字词积累。三科发展不均衡，保持数学优势的同时，应重视语文英语的弥补。望下学期合理安排学习时间，各科平衡发展。</w:t>
      </w:r>
    </w:p>
    <w:p>
      <w:pPr>
        <w:pStyle w:val="Heading2"/>
      </w:pPr>
      <w:r>
        <w:rPr>
          <w:rFonts w:ascii="黑体" w:hAnsi="黑体" w:eastAsia="黑体"/>
        </w:rPr>
        <w:t>2026043　李俊杰</w:t>
      </w:r>
    </w:p>
    <w:p>
      <w:pPr>
        <w:spacing w:line="336" w:lineRule="auto" w:after="200"/>
        <w:ind w:firstLine="480"/>
      </w:pPr>
      <w:r>
        <w:t>俊杰，本学期你作业书写工整，英语口语敢开口，数学92分，学习自觉，综合表现优秀。语文76分尚有提升空间，建议增加课外阅读与练笔，巩固字词，提高表达能力。你的学习能力较强，各科已有良好基础，若在语文上持续投入，成绩会更全面。望下学期保持优势，再进一步。</w:t>
      </w:r>
    </w:p>
    <w:p>
      <w:pPr>
        <w:pStyle w:val="Heading2"/>
      </w:pPr>
      <w:r>
        <w:rPr>
          <w:rFonts w:ascii="黑体" w:hAnsi="黑体" w:eastAsia="黑体"/>
        </w:rPr>
        <w:t>2026044　李梦琪</w:t>
      </w:r>
    </w:p>
    <w:p>
      <w:pPr>
        <w:spacing w:line="336" w:lineRule="auto" w:after="200"/>
        <w:ind w:firstLine="480"/>
      </w:pPr>
      <w:r>
        <w:t>梦琪，本学期你美术有创意，科技节参与积极，爱提问，学习积极性较高。语文90分优秀，数学74分、英语76分中等，建议加强数学计算与应用练习，英语坚持跟读与词汇积累。你有学习兴趣与基础，若能以好奇心带动各科学习，进步会更明显。望下学期继续保持，全面发展。</w:t>
      </w:r>
    </w:p>
    <w:p>
      <w:pPr>
        <w:pStyle w:val="Heading2"/>
      </w:pPr>
      <w:r>
        <w:rPr>
          <w:rFonts w:ascii="黑体" w:hAnsi="黑体" w:eastAsia="黑体"/>
        </w:rPr>
        <w:t>2026045　李天佑</w:t>
      </w:r>
    </w:p>
    <w:p>
      <w:pPr>
        <w:spacing w:line="336" w:lineRule="auto" w:after="200"/>
        <w:ind w:firstLine="480"/>
      </w:pPr>
      <w:r>
        <w:t>天佑，本学期你作文有创意，跑步耐力好，各科成绩均衡，总分254分优秀。建议保持作文创作热情，同时加强数学拓展题训练与英语听说练习，巩固领先优势。你的各项素养都在发展，若学习策略不断优化，还会有更大空间。望下学期稳定优势，继续努力。</w:t>
      </w:r>
    </w:p>
    <w:p>
      <w:pPr>
        <w:pStyle w:val="Heading2"/>
      </w:pPr>
      <w:r>
        <w:rPr>
          <w:rFonts w:ascii="黑体" w:hAnsi="黑体" w:eastAsia="黑体"/>
        </w:rPr>
        <w:t>2026046　李若溪</w:t>
      </w:r>
    </w:p>
    <w:p>
      <w:pPr>
        <w:spacing w:line="336" w:lineRule="auto" w:after="200"/>
        <w:ind w:firstLine="480"/>
      </w:pPr>
      <w:r>
        <w:t>若溪，本学期你语文98分，语言理解能力强，做事细致踏实，乐于帮助同学，综合表现好。数学67分相对偏弱，建议加强数学基础训练，多做计算与应用题练习，把学语文的耐心用到数学上。你学习品质优秀，补齐短板后各科会更加均衡。望下学期在数学上重点突破。</w:t>
      </w:r>
    </w:p>
    <w:p>
      <w:pPr>
        <w:pStyle w:val="Heading2"/>
      </w:pPr>
      <w:r>
        <w:rPr>
          <w:rFonts w:ascii="黑体" w:hAnsi="黑体" w:eastAsia="黑体"/>
        </w:rPr>
        <w:t>2026047　李晨曦</w:t>
      </w:r>
    </w:p>
    <w:p>
      <w:pPr>
        <w:spacing w:line="336" w:lineRule="auto" w:after="200"/>
        <w:ind w:firstLine="480"/>
      </w:pPr>
      <w:r>
        <w:t>晨曦，本学期你做事细致踏实，课堂发言积极，各科成绩均在79分左右，基础均衡。建议在均衡基础上选择一两门优势科目深化训练，形成学业特长，同时保持其他各科水平。你学习认真、有潜力，建议制定明确目标，下学期争取在新台阶上更进一步。</w:t>
      </w:r>
    </w:p>
    <w:p>
      <w:pPr>
        <w:pStyle w:val="Heading2"/>
      </w:pPr>
      <w:r>
        <w:rPr>
          <w:rFonts w:ascii="黑体" w:hAnsi="黑体" w:eastAsia="黑体"/>
        </w:rPr>
        <w:t>2026048　李嘉怡</w:t>
      </w:r>
    </w:p>
    <w:p>
      <w:pPr>
        <w:spacing w:line="336" w:lineRule="auto" w:after="200"/>
        <w:ind w:firstLine="480"/>
      </w:pPr>
      <w:r>
        <w:t>嘉怡，本学期你英语口语流利，课间阅读习惯好，多次协助老师收发作业，责任心强。语文80分、数学83分、英语83分均良好，建议保持优势科目的同时，数学适量增加练习量，语文加强写作表达，追求更全面的提升。你学习自觉、品质端正，望下学期继续保持，全面发展。</w:t>
      </w:r>
    </w:p>
    <w:p>
      <w:pPr>
        <w:pStyle w:val="Heading2"/>
      </w:pPr>
      <w:r>
        <w:rPr>
          <w:rFonts w:ascii="黑体" w:hAnsi="黑体" w:eastAsia="黑体"/>
        </w:rPr>
        <w:t>2026049　李博文</w:t>
      </w:r>
    </w:p>
    <w:p>
      <w:pPr>
        <w:spacing w:line="336" w:lineRule="auto" w:after="200"/>
        <w:ind w:firstLine="480"/>
      </w:pPr>
      <w:r>
        <w:t>博文，本学期你朗读有感情，乐于帮助同学，英语88分成绩优秀。数学64分相对薄弱，建议加强基础练习，语文81分注意提升阅读与写作。你的朗读与人缘是优点，可将英语学习方法迁移到其他学科，稳步提升。望下学期把薄弱科目补上来，均衡进步。</w:t>
      </w:r>
    </w:p>
    <w:p>
      <w:pPr>
        <w:pStyle w:val="Heading2"/>
      </w:pPr>
      <w:r>
        <w:rPr>
          <w:rFonts w:ascii="黑体" w:hAnsi="黑体" w:eastAsia="黑体"/>
        </w:rPr>
        <w:t>2026050　李晓婷</w:t>
      </w:r>
    </w:p>
    <w:p>
      <w:pPr>
        <w:spacing w:line="336" w:lineRule="auto" w:after="200"/>
        <w:ind w:firstLine="480"/>
      </w:pPr>
      <w:r>
        <w:t>晓婷，本学期你小组合作主动，乐于当小助手，责任心较强。语文88分成绩优秀，英语57分、数学64分相对薄弱，建议制定学习计划：从基础计算与基础单词入手，循序渐进，遇到问题及时请教。你的态度端正、积极性高，若能坚持专项练习，成绩会逐步提高。望下学期继续努力。</w:t>
      </w:r>
    </w:p>
    <w:p>
      <w:pPr>
        <w:jc w:val="right"/>
      </w:pPr>
      <w:r>
        <w:rPr>
          <w:sz w:val="24"/>
          <w:color w:val="A6A6A6"/>
        </w:rPr>
        <w:t>AI生成</w:t>
      </w:r>
    </w:p>
    <w:p>
      <w:pPr>
        <w:jc w:val="right"/>
      </w:pPr>
      <w:r>
        <w:rPr>
          <w:vanish/>
          <w:sz w:val="16"/>
          <w:color w:val="BFBFBF"/>
        </w:rPr>
        <w:t>AIGC标识: 241d4966-adf4-40ad-a125-63644dc499ec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241d4966-adf4-40ad-a125-63644dc499ec","ReservedCode1":"2697e808-562d-42a5-8b00-15ec87380d65","ContentPropagator":"001191110102MAD55U9H0F10002","PropagateID":"241d4966-adf4-40ad-a125-63644dc499ec","ReservedCode2":"2697e808-562d-42a5-8b00-15ec87380d65"}</vt:lpwstr>
  </property>
</Properties>
</file>