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  <Relationship Id="rId5" Type="http://schemas.openxmlformats.org/officeDocument/2006/relationships/custom-properties" Target="docProps/custom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黑体" w:hAnsi="黑体" w:eastAsia="黑体"/>
        </w:rPr>
        <w:t>期末学生评语（温暖鼓励·个性化）</w:t>
      </w:r>
    </w:p>
    <w:p>
      <w:pPr>
        <w:jc w:val="center"/>
      </w:pPr>
      <w:r>
        <w:rPr>
          <w:color w:val="666666"/>
          <w:sz w:val="21"/>
        </w:rPr>
        <w:t>——每位同学的评语，都是老师想对你说的话，愿你看到自己的闪光，也看到前进的方向——</w:t>
      </w:r>
    </w:p>
    <w:p/>
    <w:p>
      <w:pPr>
        <w:pStyle w:val="Heading2"/>
      </w:pPr>
      <w:r>
        <w:rPr>
          <w:rFonts w:ascii="黑体" w:hAnsi="黑体" w:eastAsia="黑体"/>
        </w:rPr>
        <w:t>2026001　王子涵</w:t>
      </w:r>
    </w:p>
    <w:p>
      <w:pPr>
        <w:spacing w:line="336" w:lineRule="auto" w:after="200"/>
        <w:ind w:firstLine="480"/>
      </w:pPr>
      <w:r>
        <w:t>子涵，这学期你是最亮的小问号，总带着“为什么”走进课堂，那份好奇让课堂都亮了起来。语文87分是你的底气，数学课上你的思维格外活跃，常想到别人想不到的办法。老师建议你做题时多一点耐心、多一些检查，把聪明用在细节里。下学期，带着提问的勇气和沉稳的心，走得更高更远！</w:t>
      </w:r>
    </w:p>
    <w:p>
      <w:pPr>
        <w:pStyle w:val="Heading2"/>
      </w:pPr>
      <w:r>
        <w:rPr>
          <w:rFonts w:ascii="黑体" w:hAnsi="黑体" w:eastAsia="黑体"/>
        </w:rPr>
        <w:t>2026002　王雨桐</w:t>
      </w:r>
    </w:p>
    <w:p>
      <w:pPr>
        <w:spacing w:line="336" w:lineRule="auto" w:after="200"/>
        <w:ind w:firstLine="480"/>
      </w:pPr>
      <w:r>
        <w:t>雨桐，你像一棵会发光的小太阳：值日时把教室收拾得干干净净，数学91分更是你思维活跃的最好证明。老师希望你把学数学的那份灵巧也分一点给英语，别怕开口，每天跟读课文、多记几个单词，它会和数学一样向你露出笑脸。你认真又安静，继续保持这份踏实，你会越来越出色！</w:t>
      </w:r>
    </w:p>
    <w:p>
      <w:pPr>
        <w:pStyle w:val="Heading2"/>
      </w:pPr>
      <w:r>
        <w:rPr>
          <w:rFonts w:ascii="黑体" w:hAnsi="黑体" w:eastAsia="黑体"/>
        </w:rPr>
        <w:t>2026003　王欣怡</w:t>
      </w:r>
    </w:p>
    <w:p>
      <w:pPr>
        <w:spacing w:line="336" w:lineRule="auto" w:after="200"/>
        <w:ind w:firstLine="480"/>
      </w:pPr>
      <w:r>
        <w:t>欣怡，你的作业本永远是全班最养眼的风景，字迹工整得像一排排小士兵；英语课上你大方开口、声音洪亮，那股自信让老师特别欢喜。数学再给它多一些耐心，像说英语一样说出你的解题思路，你会发现自己比想象中更厉害。你的细心和笑容，是老师这一学期最珍贵的收获，继续美下去吧！</w:t>
      </w:r>
    </w:p>
    <w:p>
      <w:pPr>
        <w:pStyle w:val="Heading2"/>
      </w:pPr>
      <w:r>
        <w:rPr>
          <w:rFonts w:ascii="黑体" w:hAnsi="黑体" w:eastAsia="黑体"/>
        </w:rPr>
        <w:t>2026004　王浩然</w:t>
      </w:r>
    </w:p>
    <w:p>
      <w:pPr>
        <w:spacing w:line="336" w:lineRule="auto" w:after="200"/>
        <w:ind w:firstLine="480"/>
      </w:pPr>
      <w:r>
        <w:t>浩然，你是班级的小画家，又是合唱队里的小歌手，艺术在你的身上闪闪发光。你还爱提问，问出的问题常常让老师眼前一亮。语文课上，试着把那些生字和课文当成歌谱，多读多背、多认多写，它会像你的歌声一样动听。老师相信，认真起来的你，会像你的画一样越来越出彩！</w:t>
      </w:r>
    </w:p>
    <w:p>
      <w:pPr>
        <w:pStyle w:val="Heading2"/>
      </w:pPr>
      <w:r>
        <w:rPr>
          <w:rFonts w:ascii="黑体" w:hAnsi="黑体" w:eastAsia="黑体"/>
        </w:rPr>
        <w:t>2026005　王宇轩</w:t>
      </w:r>
    </w:p>
    <w:p>
      <w:pPr>
        <w:spacing w:line="336" w:lineRule="auto" w:after="200"/>
        <w:ind w:firstLine="480"/>
      </w:pPr>
      <w:r>
        <w:t>宇轩，你的作文总是装满奇思妙想，一个普通题目也能写出让人惊喜的情节；操场上你像风一样奔跑，耐力让同学们佩服。新学期，把写作文的劲头分一点给数学和英语：每天练几道计算题，多读几页英文，它们也会变成你笔下有趣的故事。老师相信，坚持下去，你的每一步都算数！</w:t>
      </w:r>
    </w:p>
    <w:p>
      <w:pPr>
        <w:pStyle w:val="Heading2"/>
      </w:pPr>
      <w:r>
        <w:rPr>
          <w:rFonts w:ascii="黑体" w:hAnsi="黑体" w:eastAsia="黑体"/>
        </w:rPr>
        <w:t>2026006　王梓萱</w:t>
      </w:r>
    </w:p>
    <w:p>
      <w:pPr>
        <w:spacing w:line="336" w:lineRule="auto" w:after="200"/>
        <w:ind w:firstLine="480"/>
      </w:pPr>
      <w:r>
        <w:t>梓萱，你是班里最温暖的小天使：同学需要帮助时你总是第一个伸手，做事细心又踏实，老师看在眼里、暖在心里。你的英语已有起色，朗读时声音温柔又有力量。语文和数学，也请带上这份细心，每天多认几个字、多练几道题，你的成绩一定会和你的品格一样让人安心。加油，老师看好你！</w:t>
      </w:r>
    </w:p>
    <w:p>
      <w:pPr>
        <w:pStyle w:val="Heading2"/>
      </w:pPr>
      <w:r>
        <w:rPr>
          <w:rFonts w:ascii="黑体" w:hAnsi="黑体" w:eastAsia="黑体"/>
        </w:rPr>
        <w:t>2026007　王一诺</w:t>
      </w:r>
    </w:p>
    <w:p>
      <w:pPr>
        <w:spacing w:line="336" w:lineRule="auto" w:after="200"/>
        <w:ind w:firstLine="480"/>
      </w:pPr>
      <w:r>
        <w:t>一诺，人如其名，你答应的事一定做到，做事细心、说话有数，课堂发言条理分明，258分的优秀成绩让老师为你骄傲！你像一棵踏实的小树，稳稳地成长。老师想请你把这份踏实也带到数学的每一道题里，认真读题、仔细检查，把粗心赶走。新学期的你，一定会发出更亮的光！</w:t>
      </w:r>
    </w:p>
    <w:p>
      <w:pPr>
        <w:pStyle w:val="Heading2"/>
      </w:pPr>
      <w:r>
        <w:rPr>
          <w:rFonts w:ascii="黑体" w:hAnsi="黑体" w:eastAsia="黑体"/>
        </w:rPr>
        <w:t>2026008　王明哲</w:t>
      </w:r>
    </w:p>
    <w:p>
      <w:pPr>
        <w:spacing w:line="336" w:lineRule="auto" w:after="200"/>
        <w:ind w:firstLine="480"/>
      </w:pPr>
      <w:r>
        <w:t>明哲，你就像一本丰富的小书：课间安静阅读的是你，运动会上为班级拼尽全力的也是你。英语91分是你的骄傲，口语更是敢说敢练。语文和数学，再多一份专注：阅读题多想一想再动笔，数学多画图、多检查，你会发现自己更棒。老师喜欢这个静若处子、动如脱兔的你，继续成长！</w:t>
      </w:r>
    </w:p>
    <w:p>
      <w:pPr>
        <w:pStyle w:val="Heading2"/>
      </w:pPr>
      <w:r>
        <w:rPr>
          <w:rFonts w:ascii="黑体" w:hAnsi="黑体" w:eastAsia="黑体"/>
        </w:rPr>
        <w:t>2026009　王思远</w:t>
      </w:r>
    </w:p>
    <w:p>
      <w:pPr>
        <w:spacing w:line="336" w:lineRule="auto" w:after="200"/>
        <w:ind w:firstLine="480"/>
      </w:pPr>
      <w:r>
        <w:t>思远，你的朗读总能把全班带进故事里，声音里有画面、有感情，语文98分就是你实至名归的勋章！你还乐于帮助同学，教室里总能看到你耐心教别人的身影。数学请别着急，把读课文的那股专注分给它，多读题、多练一练，它也会向你打开大门。你已经是这么棒的自己，下学期定会更优秀！</w:t>
      </w:r>
    </w:p>
    <w:p>
      <w:pPr>
        <w:pStyle w:val="Heading2"/>
      </w:pPr>
      <w:r>
        <w:rPr>
          <w:rFonts w:ascii="黑体" w:hAnsi="黑体" w:eastAsia="黑体"/>
        </w:rPr>
        <w:t>2026010　王佳琪</w:t>
      </w:r>
    </w:p>
    <w:p>
      <w:pPr>
        <w:spacing w:line="336" w:lineRule="auto" w:after="200"/>
        <w:ind w:firstLine="480"/>
      </w:pPr>
      <w:r>
        <w:t>佳琪，你是小组里的小太阳，合作时主动分工、照顾同伴，还总爱当老师的小助手，大家都很喜欢你。数学83分、英语88分，是你努力的回报。语文再多一点勇敢：大胆举手、把想法说出来，把生字词每天见见面，它会慢慢追上你。老师看见了你的热心和努力，坚持的人最美丽，你一定会更好！</w:t>
      </w:r>
    </w:p>
    <w:p>
      <w:pPr>
        <w:pStyle w:val="Heading2"/>
      </w:pPr>
      <w:r>
        <w:rPr>
          <w:rFonts w:ascii="黑体" w:hAnsi="黑体" w:eastAsia="黑体"/>
        </w:rPr>
        <w:t>2026011　王泽宇</w:t>
      </w:r>
    </w:p>
    <w:p>
      <w:pPr>
        <w:spacing w:line="336" w:lineRule="auto" w:after="200"/>
        <w:ind w:firstLine="480"/>
      </w:pPr>
      <w:r>
        <w:t>泽宇，科学课上你一动手，好像把问题点亮了，你的动手能力和计算速度都是你的招牌！老师悄悄提醒你：算得快的时候也要仔细哦，把步骤写清楚、做完再检查一遍，错误就会少很多。语文学习像一片宽宽的原野，多读多想，你的表达会越来越精彩。带着你的好奇与灵巧，继续勇敢探索吧！</w:t>
      </w:r>
    </w:p>
    <w:p>
      <w:pPr>
        <w:pStyle w:val="Heading2"/>
      </w:pPr>
      <w:r>
        <w:rPr>
          <w:rFonts w:ascii="黑体" w:hAnsi="黑体" w:eastAsia="黑体"/>
        </w:rPr>
        <w:t>2026012　王诗涵</w:t>
      </w:r>
    </w:p>
    <w:p>
      <w:pPr>
        <w:spacing w:line="336" w:lineRule="auto" w:after="200"/>
        <w:ind w:firstLine="480"/>
      </w:pPr>
      <w:r>
        <w:t>诗涵，班级图书角被你管理得整整齐齐，爱书的孩子最美。你的作文充满创意，英语92分让老师眼前一亮，计算又快又准。数学，你可以再多分给它一点：读题慢一点，错题多订正，慢慢你会发现它并不难。你像一本耐读的书，老师期待读到下一章，你会有更多惊喜！</w:t>
      </w:r>
    </w:p>
    <w:p>
      <w:pPr>
        <w:pStyle w:val="Heading2"/>
      </w:pPr>
      <w:r>
        <w:rPr>
          <w:rFonts w:ascii="黑体" w:hAnsi="黑体" w:eastAsia="黑体"/>
        </w:rPr>
        <w:t>2026013　王俊杰</w:t>
      </w:r>
    </w:p>
    <w:p>
      <w:pPr>
        <w:spacing w:line="336" w:lineRule="auto" w:after="200"/>
        <w:ind w:firstLine="480"/>
      </w:pPr>
      <w:r>
        <w:t>俊杰，下课时同学们在玩，你安静地捧着一本书；体育课上你又是活力四射的运动小将，这一静一动都是可爱的你。英语89分你学得轻松又自信，语文和数学，请把课外书里的那份专注也带给它们：数学多想一步、语文多读一段，成绩会更加好看。老师看到你的认真，你会变得更强！</w:t>
      </w:r>
    </w:p>
    <w:p>
      <w:pPr>
        <w:pStyle w:val="Heading2"/>
      </w:pPr>
      <w:r>
        <w:rPr>
          <w:rFonts w:ascii="黑体" w:hAnsi="黑体" w:eastAsia="黑体"/>
        </w:rPr>
        <w:t>2026014　王梦琪</w:t>
      </w:r>
    </w:p>
    <w:p>
      <w:pPr>
        <w:spacing w:line="336" w:lineRule="auto" w:after="200"/>
        <w:ind w:firstLine="480"/>
      </w:pPr>
      <w:r>
        <w:t>梦琪，老师最佩服你跑步时的坚持，一圈又一圈从不叫苦，动手做实验时你的眼睛亮亮的。学习就像长跑，不怕起步慢，就怕不出发：每天多练十分钟数学、多读一页语文，你的进步已经在路上了。课堂上也请大胆举手，让老师听见你的想法。你正在努力，这份努力就是最好的开始，加油！</w:t>
      </w:r>
    </w:p>
    <w:p>
      <w:pPr>
        <w:pStyle w:val="Heading2"/>
      </w:pPr>
      <w:r>
        <w:rPr>
          <w:rFonts w:ascii="黑体" w:hAnsi="黑体" w:eastAsia="黑体"/>
        </w:rPr>
        <w:t>2026015　王天佑</w:t>
      </w:r>
    </w:p>
    <w:p>
      <w:pPr>
        <w:spacing w:line="336" w:lineRule="auto" w:after="200"/>
        <w:ind w:firstLine="480"/>
      </w:pPr>
      <w:r>
        <w:t>天佑，值日时你连窗台的角落都不放过，那份认真让老师放心；英语98分更是你闪亮的证明！画画时你的想法总是别出心裁。新学期，把英语的自信带给语文和数学：数学多画图、多分析，语文多读多写，你会发现自己处处都行。保持这份自觉，期待更全面的你！</w:t>
      </w:r>
    </w:p>
    <w:p>
      <w:pPr>
        <w:pStyle w:val="Heading2"/>
      </w:pPr>
      <w:r>
        <w:rPr>
          <w:rFonts w:ascii="黑体" w:hAnsi="黑体" w:eastAsia="黑体"/>
        </w:rPr>
        <w:t>2026016　王若溪</w:t>
      </w:r>
    </w:p>
    <w:p>
      <w:pPr>
        <w:spacing w:line="336" w:lineRule="auto" w:after="200"/>
        <w:ind w:firstLine="480"/>
      </w:pPr>
      <w:r>
        <w:t>若溪，你安静而坚定，把每一件事都有始有终，科技节上你专注的样子，让老师看到你心里的小宇宙。你的成绩稳步向上，是认真最好的回报。老师想邀请你，课堂上更大声一点、举手更勇敢一点，把你的好主意讲出来，你会收获更多的自信和朋友。试着发出一次响亮的光，老师相信你！</w:t>
      </w:r>
    </w:p>
    <w:p>
      <w:pPr>
        <w:pStyle w:val="Heading2"/>
      </w:pPr>
      <w:r>
        <w:rPr>
          <w:rFonts w:ascii="黑体" w:hAnsi="黑体" w:eastAsia="黑体"/>
        </w:rPr>
        <w:t>2026017　王晨曦</w:t>
      </w:r>
    </w:p>
    <w:p>
      <w:pPr>
        <w:spacing w:line="336" w:lineRule="auto" w:after="200"/>
        <w:ind w:firstLine="480"/>
      </w:pPr>
      <w:r>
        <w:t>晨曦，你的名字像清晨的光，做事也有始有终、认真可靠，小组合作时大家都想和你一组。数学85分是你的亮点，计算细心是你的本事。英语、语文再给它添一把火：每天读十几分钟，把单词和课文读熟，它会越来越熟悉。你认真生活的样子，就是班级的光，继续点亮每一门课吧！</w:t>
      </w:r>
    </w:p>
    <w:p>
      <w:pPr>
        <w:pStyle w:val="Heading2"/>
      </w:pPr>
      <w:r>
        <w:rPr>
          <w:rFonts w:ascii="黑体" w:hAnsi="黑体" w:eastAsia="黑体"/>
        </w:rPr>
        <w:t>2026018　王嘉怡</w:t>
      </w:r>
    </w:p>
    <w:p>
      <w:pPr>
        <w:spacing w:line="336" w:lineRule="auto" w:after="200"/>
        <w:ind w:firstLine="480"/>
      </w:pPr>
      <w:r>
        <w:t>嘉怡，体育课上你像一只轻盈的小鹿，跑步打球样样在行；翻开你的作业本，工整的字迹让人心情舒畅。英语93分是你努力的证明，很不错！数学，就像跳绳一样，每天练一练，从口算到应用题一个个解决，它会越来越好玩。你那样有活力、有毅力，继续把活力带到每一节课，你会更出色！</w:t>
      </w:r>
    </w:p>
    <w:p>
      <w:pPr>
        <w:pStyle w:val="Heading2"/>
      </w:pPr>
      <w:r>
        <w:rPr>
          <w:rFonts w:ascii="黑体" w:hAnsi="黑体" w:eastAsia="黑体"/>
        </w:rPr>
        <w:t>2026019　王博文</w:t>
      </w:r>
    </w:p>
    <w:p>
      <w:pPr>
        <w:spacing w:line="336" w:lineRule="auto" w:after="200"/>
        <w:ind w:firstLine="480"/>
      </w:pPr>
      <w:r>
        <w:t>博文，你是老师的“小帮手”，帮忙、收作业你都积极主动，同学们也知道你的善良。这个学期，学习上你在努力，老师都看见了。语文是我们共同的朋友：多认生字、多读课文，把会的知识用起来；数学也一样，每天进步一点点。你帮助别人是那么耐心，帮助自己也一样，你可以更棒的！</w:t>
      </w:r>
    </w:p>
    <w:p>
      <w:pPr>
        <w:pStyle w:val="Heading2"/>
      </w:pPr>
      <w:r>
        <w:rPr>
          <w:rFonts w:ascii="黑体" w:hAnsi="黑体" w:eastAsia="黑体"/>
        </w:rPr>
        <w:t>2026020　王晓婷</w:t>
      </w:r>
    </w:p>
    <w:p>
      <w:pPr>
        <w:spacing w:line="336" w:lineRule="auto" w:after="200"/>
        <w:ind w:firstLine="480"/>
      </w:pPr>
      <w:r>
        <w:t>晓婷，你的朗读像小小的歌声，语文91分让人羡慕；你还主动帮老师收发作业，是班级里最热心的姑娘。数学，我们慢慢来：把口算做成小游戏，每天练一练，错题一一订正，它会爱上你的努力。英语也是你的好朋友。老师看到你笑眯眯的脸，就相信你一定会把自己的成绩一科科点亮！</w:t>
      </w:r>
    </w:p>
    <w:p>
      <w:pPr>
        <w:pStyle w:val="Heading2"/>
      </w:pPr>
      <w:r>
        <w:rPr>
          <w:rFonts w:ascii="黑体" w:hAnsi="黑体" w:eastAsia="黑体"/>
        </w:rPr>
        <w:t>2026021　王皓轩</w:t>
      </w:r>
    </w:p>
    <w:p>
      <w:pPr>
        <w:spacing w:line="336" w:lineRule="auto" w:after="200"/>
        <w:ind w:firstLine="480"/>
      </w:pPr>
      <w:r>
        <w:t>皓轩，你脑袋里装满了问题，数学思维活跃，课堂上总能想到别人想不到的角度。你的好奇是宝贵的财富！老师希望你再添一点：做题时多读一遍题目，语文多积词语、英语多读多背，你的聪明就会有处安放。你已经很聪明，再添一分认真，你的成绩一定会和你的问题一样多、一样精彩！</w:t>
      </w:r>
    </w:p>
    <w:p>
      <w:pPr>
        <w:pStyle w:val="Heading2"/>
      </w:pPr>
      <w:r>
        <w:rPr>
          <w:rFonts w:ascii="黑体" w:hAnsi="黑体" w:eastAsia="黑体"/>
        </w:rPr>
        <w:t>2026022　王语嫣</w:t>
      </w:r>
    </w:p>
    <w:p>
      <w:pPr>
        <w:spacing w:line="336" w:lineRule="auto" w:after="200"/>
        <w:ind w:firstLine="480"/>
      </w:pPr>
      <w:r>
        <w:t>语嫣，你做事认真、值日负责，数学87分是你思维敏捷的证明。你的心很细，只要决定做一件事就踏踏实实。语文、英语，和数学一样需要你：每天积累一些字词，读一读、记一记，语言的花园会一天天茂盛。老师还希望你在课上大声一点，让你的想法被听到。你稳步向前，值得更好！</w:t>
      </w:r>
    </w:p>
    <w:p>
      <w:pPr>
        <w:pStyle w:val="Heading2"/>
      </w:pPr>
      <w:r>
        <w:rPr>
          <w:rFonts w:ascii="黑体" w:hAnsi="黑体" w:eastAsia="黑体"/>
        </w:rPr>
        <w:t>2026023　王睿</w:t>
      </w:r>
    </w:p>
    <w:p>
      <w:pPr>
        <w:spacing w:line="336" w:lineRule="auto" w:after="200"/>
        <w:ind w:firstLine="480"/>
      </w:pPr>
      <w:r>
        <w:t>王睿，你的作业字迹工整漂亮，英语课你敢开口、敢尝试，进步看得见。数学上，你有时读题会急，试着慢一点：把题目圈圈画画，想清楚再下笔，错误就会变少。语文是多读好书，把书里的好词好句装进心里。你听话、认真，每天进步一点点，期末你会让所有老师都刮目相看！</w:t>
      </w:r>
    </w:p>
    <w:p>
      <w:pPr>
        <w:pStyle w:val="Heading2"/>
      </w:pPr>
      <w:r>
        <w:rPr>
          <w:rFonts w:ascii="黑体" w:hAnsi="黑体" w:eastAsia="黑体"/>
        </w:rPr>
        <w:t>2026024　王芷晴</w:t>
      </w:r>
    </w:p>
    <w:p>
      <w:pPr>
        <w:spacing w:line="336" w:lineRule="auto" w:after="200"/>
        <w:ind w:firstLine="480"/>
      </w:pPr>
      <w:r>
        <w:t>芷晴，班级板报的每一笔都凝聚着你的才华，你是我们班“小设计师”，学习成绩同样出类拔萃，总分251分，优秀！你爱提问、有想法，这样的你会走得更高。老师建议你，再把你的细心用到检查上：写完卷子别急着交，多验算一遍，你会更加完美。继续你的艺术与学业双开花，老师期待你！</w:t>
      </w:r>
    </w:p>
    <w:p>
      <w:pPr>
        <w:pStyle w:val="Heading2"/>
      </w:pPr>
      <w:r>
        <w:rPr>
          <w:rFonts w:ascii="黑体" w:hAnsi="黑体" w:eastAsia="黑体"/>
        </w:rPr>
        <w:t>2026025　王承泽</w:t>
      </w:r>
    </w:p>
    <w:p>
      <w:pPr>
        <w:spacing w:line="336" w:lineRule="auto" w:after="200"/>
        <w:ind w:firstLine="480"/>
      </w:pPr>
      <w:r>
        <w:t>承泽，你的作文总有让人眼睛一亮的创意，英语92分是你的强项，跑步时又显示出了难得的坚持。这样的你，让人喜欢的不得了。语文、语文和数学，再分给它一点耐心：数学多练几道、弄懂错题，语文继续读读写写。你已经有了灵气和坚持，再加一点点全面的努力，你的未来会一片光明！</w:t>
      </w:r>
    </w:p>
    <w:p>
      <w:pPr>
        <w:pStyle w:val="Heading2"/>
      </w:pPr>
      <w:r>
        <w:rPr>
          <w:rFonts w:ascii="黑体" w:hAnsi="黑体" w:eastAsia="黑体"/>
        </w:rPr>
        <w:t>2026026　王欣妍</w:t>
      </w:r>
    </w:p>
    <w:p>
      <w:pPr>
        <w:spacing w:line="336" w:lineRule="auto" w:after="200"/>
        <w:ind w:firstLine="480"/>
      </w:pPr>
      <w:r>
        <w:t>欣妍，语文97分几乎就是为你的朗读和细心准备的，你还那么乐于帮助同学，做事细心踏实，是老师心里的好学生。英语66分暂时慢了一些，没关系，它是一位新朋友：每天听一听、读一读，把单词当成好朋友来记，它会回应你的。你用学语文的心去待它，一定能把它也学好，老师相信！</w:t>
      </w:r>
    </w:p>
    <w:p>
      <w:pPr>
        <w:pStyle w:val="Heading2"/>
      </w:pPr>
      <w:r>
        <w:rPr>
          <w:rFonts w:ascii="黑体" w:hAnsi="黑体" w:eastAsia="黑体"/>
        </w:rPr>
        <w:t>2026027　王瑞</w:t>
      </w:r>
    </w:p>
    <w:p>
      <w:pPr>
        <w:spacing w:line="336" w:lineRule="auto" w:after="200"/>
        <w:ind w:firstLine="480"/>
      </w:pPr>
      <w:r>
        <w:t>王瑞，你做事细致踏实，课堂发言积极，是全班的“靠谱担当”。语文85、英语82都很不错，数学75分还有更上一层楼的机会：你的错题多是粗心造成的，试试先圈关键词、做完验算一遍，马虎就追不上你了。你的认真是你的光，把这份劲头保持到底，老师等待你更大的突破！</w:t>
      </w:r>
    </w:p>
    <w:p>
      <w:pPr>
        <w:pStyle w:val="Heading2"/>
      </w:pPr>
      <w:r>
        <w:rPr>
          <w:rFonts w:ascii="黑体" w:hAnsi="黑体" w:eastAsia="黑体"/>
        </w:rPr>
        <w:t>2026028　王安琪</w:t>
      </w:r>
    </w:p>
    <w:p>
      <w:pPr>
        <w:spacing w:line="336" w:lineRule="auto" w:after="200"/>
        <w:ind w:firstLine="480"/>
      </w:pPr>
      <w:r>
        <w:t>安琪，当上小组长的你这学期更有责任感了：英语口语响亮，课间总捧着一本书，你像一块小海绵不断吸收知识。你的认真老师放心。数学72分，是下一个目标：多做题、多总结，别怕错，错题就是上升的台阶。老师看到你越来越自信的样子，相信你只要保持节奏，就一定会成为更出色的“小队长”！</w:t>
      </w:r>
    </w:p>
    <w:p>
      <w:pPr>
        <w:pStyle w:val="Heading2"/>
      </w:pPr>
      <w:r>
        <w:rPr>
          <w:rFonts w:ascii="黑体" w:hAnsi="黑体" w:eastAsia="黑体"/>
        </w:rPr>
        <w:t>2026029　王沐宸</w:t>
      </w:r>
    </w:p>
    <w:p>
      <w:pPr>
        <w:spacing w:line="336" w:lineRule="auto" w:after="200"/>
        <w:ind w:firstLine="480"/>
      </w:pPr>
      <w:r>
        <w:t>沐宸，你朗读有感情，乐于帮助同学，你的善良，老师最清楚。英语58分暂时还有点生疏，没关系，把它当一位刚认识的朋友，每天多打个招呼：听一听、读一读、记一记，它会慢慢熟起来。语文和数学也打个气，别灰心，慢慢追。你带着一颗温暖的心学习，进步一定在向你走来，加油！</w:t>
      </w:r>
    </w:p>
    <w:p>
      <w:pPr>
        <w:pStyle w:val="Heading2"/>
      </w:pPr>
      <w:r>
        <w:rPr>
          <w:rFonts w:ascii="黑体" w:hAnsi="黑体" w:eastAsia="黑体"/>
        </w:rPr>
        <w:t>2026030　王可欣</w:t>
      </w:r>
    </w:p>
    <w:p>
      <w:pPr>
        <w:spacing w:line="336" w:lineRule="auto" w:after="200"/>
        <w:ind w:firstLine="480"/>
      </w:pPr>
      <w:r>
        <w:t>可欣，小组里有了你，讨论变得顺畅又热闹，你还总是抢着当老师的小帮手，大家都喜欢你。数学80分是你的闪光点，计算又快又准。语文73分、英语70分，让我们每天多读一页书、多背几个词，让它们向你的数学看齐。你热心又认真，把这份劲用到每一科，你会发现自己的进步一天比一天大！</w:t>
      </w:r>
    </w:p>
    <w:p>
      <w:pPr>
        <w:pStyle w:val="Heading2"/>
      </w:pPr>
      <w:r>
        <w:rPr>
          <w:rFonts w:ascii="黑体" w:hAnsi="黑体" w:eastAsia="黑体"/>
        </w:rPr>
        <w:t>2026031　李子涵</w:t>
      </w:r>
    </w:p>
    <w:p>
      <w:pPr>
        <w:spacing w:line="336" w:lineRule="auto" w:after="200"/>
        <w:ind w:firstLine="480"/>
      </w:pPr>
      <w:r>
        <w:t>子涵，你的语文94分简直让人惊喜，课外动手实验时又像个小科学家，计算速度快是你的骄傲。英语69分，还用一点时间陪伴：每天跟读课文、多积累单词，它会一点一点向你靠近。聪明的你，只要多一些耐心给英语，把难题当实验一样去探索，你就会有突破。老师期待看到更全面的你！</w:t>
      </w:r>
    </w:p>
    <w:p>
      <w:pPr>
        <w:pStyle w:val="Heading2"/>
      </w:pPr>
      <w:r>
        <w:rPr>
          <w:rFonts w:ascii="黑体" w:hAnsi="黑体" w:eastAsia="黑体"/>
        </w:rPr>
        <w:t>2026032　李雨桐</w:t>
      </w:r>
    </w:p>
    <w:p>
      <w:pPr>
        <w:spacing w:line="336" w:lineRule="auto" w:after="200"/>
        <w:ind w:firstLine="480"/>
      </w:pPr>
      <w:r>
        <w:t>雨桐，合唱队里你的歌声那么好听，作文里也藏着灵气，数学计算又稳又快。成绩均衡的你，像一把协调的小乐队，每个声部都照顾到。老师想帮你再把错题这本“乐谱”练好：每天订正一道错题，慢慢清除小瑕疵，你的“演奏”会越来越完美。保持热爱，期待在下一个舞台上更出色的你！</w:t>
      </w:r>
    </w:p>
    <w:p>
      <w:pPr>
        <w:pStyle w:val="Heading2"/>
      </w:pPr>
      <w:r>
        <w:rPr>
          <w:rFonts w:ascii="黑体" w:hAnsi="黑体" w:eastAsia="黑体"/>
        </w:rPr>
        <w:t>2026033　李欣怡</w:t>
      </w:r>
    </w:p>
    <w:p>
      <w:pPr>
        <w:spacing w:line="336" w:lineRule="auto" w:after="200"/>
        <w:ind w:firstLine="480"/>
      </w:pPr>
      <w:r>
        <w:t>欣怡，课间你在座位上静静读书的样子，体育课上活力满满的样子，都是美好的你。语文86分稳稳的，很不错；英语67分，我们慢慢来：每天听读课文、积累单词，像你读书一样坚持。你专注又懂得分寸，只要愿意多花一点时间和英语做朋友，你的全面一定越来越好。老师看好你，继续加油！</w:t>
      </w:r>
    </w:p>
    <w:p>
      <w:pPr>
        <w:pStyle w:val="Heading2"/>
      </w:pPr>
      <w:r>
        <w:rPr>
          <w:rFonts w:ascii="黑体" w:hAnsi="黑体" w:eastAsia="黑体"/>
        </w:rPr>
        <w:t>2026034　李浩然</w:t>
      </w:r>
    </w:p>
    <w:p>
      <w:pPr>
        <w:spacing w:line="336" w:lineRule="auto" w:after="200"/>
        <w:ind w:firstLine="480"/>
      </w:pPr>
      <w:r>
        <w:t>浩然，你的数学思维活跃、英语93分，优秀两个字的成绩里有你的努力，长跑时你的耐力让全班敬佩！语文66分，还有上升的空间，语文就像你的跑道：每天多读几页书，把生字记牢固，你的速度会慢慢变快。你已经很全面，再把语文这段“跑道”补长，你就会冲向下一个终点线！老师相信你！</w:t>
      </w:r>
    </w:p>
    <w:p>
      <w:pPr>
        <w:pStyle w:val="Heading2"/>
      </w:pPr>
      <w:r>
        <w:rPr>
          <w:rFonts w:ascii="黑体" w:hAnsi="黑体" w:eastAsia="黑体"/>
        </w:rPr>
        <w:t>2026035　李宇轩</w:t>
      </w:r>
    </w:p>
    <w:p>
      <w:pPr>
        <w:spacing w:line="336" w:lineRule="auto" w:after="200"/>
        <w:ind w:firstLine="480"/>
      </w:pPr>
      <w:r>
        <w:t>宇轩，你值日认真负责，美术课又总是创意十足，各科成绩均衡向上，是个让人放心的小伙子。数学84分不错，语文英语也都稳稳的。老师希望你在稳中再添一点：上课时大胆举手，把你的好想法说出来，让同学们也有机会学习你。你的踏实加上表达，会组成一个更出众的你，加油！</w:t>
      </w:r>
    </w:p>
    <w:p>
      <w:pPr>
        <w:pStyle w:val="Heading2"/>
      </w:pPr>
      <w:r>
        <w:rPr>
          <w:rFonts w:ascii="黑体" w:hAnsi="黑体" w:eastAsia="黑体"/>
        </w:rPr>
        <w:t>2026036　李梓萱</w:t>
      </w:r>
    </w:p>
    <w:p>
      <w:pPr>
        <w:spacing w:line="336" w:lineRule="auto" w:after="200"/>
        <w:ind w:firstLine="480"/>
      </w:pPr>
      <w:r>
        <w:t>梓萱，你安静守纪律，做事有始有终，运动会为班级出力时你倔强的样子真棒。你的成绩平稳，是你踏实最好证明。下一步，老师想请你再勇敢一些：课堂上主动举手，把你的想法大声说出来，你会发现自己比想象中更会发光。安静是你的礼物，而声音会成为你的翅膀，飞的更高！</w:t>
      </w:r>
    </w:p>
    <w:p>
      <w:pPr>
        <w:pStyle w:val="Heading2"/>
      </w:pPr>
      <w:r>
        <w:rPr>
          <w:rFonts w:ascii="黑体" w:hAnsi="黑体" w:eastAsia="黑体"/>
        </w:rPr>
        <w:t>2026037　李一诺</w:t>
      </w:r>
    </w:p>
    <w:p>
      <w:pPr>
        <w:spacing w:line="336" w:lineRule="auto" w:after="200"/>
        <w:ind w:firstLine="480"/>
      </w:pPr>
      <w:r>
        <w:t>一诺，你守信用、做事有始有终，小组合作时大家都很放心你，这份品质比成绩更宝贵。语文78分、英语80分，稳中求进；数学66分，像小台阶，每天爬一格：每天口算5分钟，把不会的题问出来，它会越来越顺。你既然答应的事都做得到，那就再答应自己“我把数学学好”并做到它吧！</w:t>
      </w:r>
    </w:p>
    <w:p>
      <w:pPr>
        <w:pStyle w:val="Heading2"/>
      </w:pPr>
      <w:r>
        <w:rPr>
          <w:rFonts w:ascii="黑体" w:hAnsi="黑体" w:eastAsia="黑体"/>
        </w:rPr>
        <w:t>2026038　李明哲</w:t>
      </w:r>
    </w:p>
    <w:p>
      <w:pPr>
        <w:spacing w:line="336" w:lineRule="auto" w:after="200"/>
        <w:ind w:firstLine="480"/>
      </w:pPr>
      <w:r>
        <w:t>明哲，体育课上你总是冲在最前面，作业又写得工整认真，你是“文武双全”的小伙子。语文82分、英语82分，都让人放心。数学74分，请再给点耐心：读题慢一点，草稿清楚一点，检查多一点，数学会给你回报。把你跑道上的坚持带到书桌上，你会发现没有什么能拦住你！</w:t>
      </w:r>
    </w:p>
    <w:p>
      <w:pPr>
        <w:pStyle w:val="Heading2"/>
      </w:pPr>
      <w:r>
        <w:rPr>
          <w:rFonts w:ascii="黑体" w:hAnsi="黑体" w:eastAsia="黑体"/>
        </w:rPr>
        <w:t>2026039　李思远</w:t>
      </w:r>
    </w:p>
    <w:p>
      <w:pPr>
        <w:spacing w:line="336" w:lineRule="auto" w:after="200"/>
        <w:ind w:firstLine="480"/>
      </w:pPr>
      <w:r>
        <w:t>思远，你安静懂事，总主动当老师的小助手，做事稳妥，同学都愿意和你在一起。英语85分是你的强项，语文、数学也都在努力向上。老师想在你的“安静”之外再加一点“动”：大胆把手举起来，把你的思考讲出来，让大家一起为你鼓掌。你的品质已经很好，再添一分勇气，你会更闪亮！</w:t>
      </w:r>
    </w:p>
    <w:p>
      <w:pPr>
        <w:pStyle w:val="Heading2"/>
      </w:pPr>
      <w:r>
        <w:rPr>
          <w:rFonts w:ascii="黑体" w:hAnsi="黑体" w:eastAsia="黑体"/>
        </w:rPr>
        <w:t>2026040　李佳琪</w:t>
      </w:r>
    </w:p>
    <w:p>
      <w:pPr>
        <w:spacing w:line="336" w:lineRule="auto" w:after="200"/>
        <w:ind w:firstLine="480"/>
      </w:pPr>
      <w:r>
        <w:t>佳琪，朗读时你的声音像春风，图书角在你的管理下整整齐齐，课堂发言你总很积极，是班级里的小温暖。语文85分、英语84分都不错，你的全面发展让老师放心。数学76分，我们再练一次：每天多练几道计算，把难题当成闯关游戏，你会越来越顺手。你爱书、爱表达，未来定会闪光！</w:t>
      </w:r>
    </w:p>
    <w:p>
      <w:pPr>
        <w:pStyle w:val="Heading2"/>
      </w:pPr>
      <w:r>
        <w:rPr>
          <w:rFonts w:ascii="黑体" w:hAnsi="黑体" w:eastAsia="黑体"/>
        </w:rPr>
        <w:t>2026041　李泽宇</w:t>
      </w:r>
    </w:p>
    <w:p>
      <w:pPr>
        <w:spacing w:line="336" w:lineRule="auto" w:after="200"/>
        <w:ind w:firstLine="480"/>
      </w:pPr>
      <w:r>
        <w:t>泽宇，你的小脑袋里装满了问题，数学89分证明你的思维很灵动！这样的好奇心和课堂上的思考，是最珍贵的。英语67分，我们像学数学一样去探索它：每天朗读10分钟，多记单词，让耳朵先熟悉它。你的问题越多，世界越大。把提问的勇气带到每门课上，你会越来越全面，加油！</w:t>
      </w:r>
    </w:p>
    <w:p>
      <w:pPr>
        <w:pStyle w:val="Heading2"/>
      </w:pPr>
      <w:r>
        <w:rPr>
          <w:rFonts w:ascii="黑体" w:hAnsi="黑体" w:eastAsia="黑体"/>
        </w:rPr>
        <w:t>2026042　李诗涵</w:t>
      </w:r>
    </w:p>
    <w:p>
      <w:pPr>
        <w:spacing w:line="336" w:lineRule="auto" w:after="200"/>
        <w:ind w:firstLine="480"/>
      </w:pPr>
      <w:r>
        <w:t>诗涵，你的作业字迹工整，数学82分算得又稳又快，你做事的这份踏实老师很欣赏。英语66分和语文73分，我们一起补补课：把生词做成小卡片，每天玩一玩；把英语录音放出来跟读，你会越听越顺。你用“一笔一画”的认真对待每一科，老师相信，你的收获一定会越来越多。加油！</w:t>
      </w:r>
    </w:p>
    <w:p>
      <w:pPr>
        <w:pStyle w:val="Heading2"/>
      </w:pPr>
      <w:r>
        <w:rPr>
          <w:rFonts w:ascii="黑体" w:hAnsi="黑体" w:eastAsia="黑体"/>
        </w:rPr>
        <w:t>2026043　李俊杰</w:t>
      </w:r>
    </w:p>
    <w:p>
      <w:pPr>
        <w:spacing w:line="336" w:lineRule="auto" w:after="200"/>
        <w:ind w:firstLine="480"/>
      </w:pPr>
      <w:r>
        <w:t>俊杰，你的作业书写工整、英语口语敢开口，数学92分，全班优秀！你是老师放心的好学生。语文76分，还有让你的声音更亮的地方：多读课外书，把你作文里的想法大胆写出来。你已经很棒，老师期待你在下个学期更勇敢、更自信，把每一门课都变成你的强项，成为更出色的自己！</w:t>
      </w:r>
    </w:p>
    <w:p>
      <w:pPr>
        <w:pStyle w:val="Heading2"/>
      </w:pPr>
      <w:r>
        <w:rPr>
          <w:rFonts w:ascii="黑体" w:hAnsi="黑体" w:eastAsia="黑体"/>
        </w:rPr>
        <w:t>2026044　李梦琪</w:t>
      </w:r>
    </w:p>
    <w:p>
      <w:pPr>
        <w:spacing w:line="336" w:lineRule="auto" w:after="200"/>
        <w:ind w:firstLine="480"/>
      </w:pPr>
      <w:r>
        <w:t>梦琪，美术课上你创意无限，科技节上你认真投入，还是班里的“提问小达人”，语文90分特别棒！数学74分、英语76分，让我们像画画一样“构图”：先看清题目再动笔，多算一步，多听多读，你会发现它们越来越顺。你的好奇心会带你走很远，继续探索，你一定会变成全面发展的！</w:t>
      </w:r>
    </w:p>
    <w:p>
      <w:pPr>
        <w:pStyle w:val="Heading2"/>
      </w:pPr>
      <w:r>
        <w:rPr>
          <w:rFonts w:ascii="黑体" w:hAnsi="黑体" w:eastAsia="黑体"/>
        </w:rPr>
        <w:t>2026045　李天佑</w:t>
      </w:r>
    </w:p>
    <w:p>
      <w:pPr>
        <w:spacing w:line="336" w:lineRule="auto" w:after="200"/>
        <w:ind w:firstLine="480"/>
      </w:pPr>
      <w:r>
        <w:t>天佑，你作文总有独特的想象，跑步耐力又好，是“动如脱兔、静若处子”的孩子。英语84分不错，数学也不错。语文80分，你再挖一挖潜力：每天阅读、把感受写下来，你的语言会更加流畅。你是一个让人期待的孩子，把坚持跑的劲也带到学习上，老师敢保证，你会有更大突破！</w:t>
      </w:r>
    </w:p>
    <w:p>
      <w:pPr>
        <w:pStyle w:val="Heading2"/>
      </w:pPr>
      <w:r>
        <w:rPr>
          <w:rFonts w:ascii="黑体" w:hAnsi="黑体" w:eastAsia="黑体"/>
        </w:rPr>
        <w:t>2026046　李若溪</w:t>
      </w:r>
    </w:p>
    <w:p>
      <w:pPr>
        <w:spacing w:line="336" w:lineRule="auto" w:after="200"/>
        <w:ind w:firstLine="480"/>
      </w:pPr>
      <w:r>
        <w:t>若溪，语文98分，你是全班语文最闪亮的星，你的朗读、理解、细致，都让老师为你骄傲！更难得的是你乐于助人、做事细心，同学都喜欢你。数学67分、英语82分，请像待语文一样待它们：数学多画图、多验算，英语多朗读，它们会回应你。你既善良又有才华，相信自己！</w:t>
      </w:r>
    </w:p>
    <w:p>
      <w:pPr>
        <w:pStyle w:val="Heading2"/>
      </w:pPr>
      <w:r>
        <w:rPr>
          <w:rFonts w:ascii="黑体" w:hAnsi="黑体" w:eastAsia="黑体"/>
        </w:rPr>
        <w:t>2026047　李晨曦</w:t>
      </w:r>
    </w:p>
    <w:p>
      <w:pPr>
        <w:spacing w:line="336" w:lineRule="auto" w:after="200"/>
        <w:ind w:firstLine="480"/>
      </w:pPr>
      <w:r>
        <w:t>晨曦，你说话温柔，做事细致又踏实，课堂上发言主动，是“暖心的”学生。你的成绩语数英都均衡在79分，说明各科基础都很稳，你是一个全面发展的孩子！老师希望你在“均衡”里再添一个“亮”：选一门最爱的科目，钻得更深一点，你会更有突破。坚持，好好长大，老师等着你更好的消息！</w:t>
      </w:r>
    </w:p>
    <w:p>
      <w:pPr>
        <w:pStyle w:val="Heading2"/>
      </w:pPr>
      <w:r>
        <w:rPr>
          <w:rFonts w:ascii="黑体" w:hAnsi="黑体" w:eastAsia="黑体"/>
        </w:rPr>
        <w:t>2026048　李嘉怡</w:t>
      </w:r>
    </w:p>
    <w:p>
      <w:pPr>
        <w:spacing w:line="336" w:lineRule="auto" w:after="200"/>
        <w:ind w:firstLine="480"/>
      </w:pPr>
      <w:r>
        <w:t>嘉怡，这学期你多次主动帮老师收发作业，课间爱看书，英语口语流利敢讲，你像一个热心的小书虫。你的成绩，语文80、数学83、英语83，都非常不错，老师放心。如果你能让数学像英语一样“越读越爱”，从每天多算几道题开始，你会体验到“全能”的快乐。嘉怡，保持你的热情，未来可期！</w:t>
      </w:r>
    </w:p>
    <w:p>
      <w:pPr>
        <w:pStyle w:val="Heading2"/>
      </w:pPr>
      <w:r>
        <w:rPr>
          <w:rFonts w:ascii="黑体" w:hAnsi="黑体" w:eastAsia="黑体"/>
        </w:rPr>
        <w:t>2026049　李博文</w:t>
      </w:r>
    </w:p>
    <w:p>
      <w:pPr>
        <w:spacing w:line="336" w:lineRule="auto" w:after="200"/>
        <w:ind w:firstLine="480"/>
      </w:pPr>
      <w:r>
        <w:t>博文，朗读时你的声音带有感情，让故事有了温度；你乐于助人，同学都愿意和你交朋友，你的善良闪闪发光。英语88分是你的强项！数学64分，把题目读两遍，先把基础题做稳，再挑战，数学老师会陪着你。你的温暖已经感染了班级，再添一份学习的坚持，你就是最动人的少年。</w:t>
      </w:r>
    </w:p>
    <w:p>
      <w:pPr>
        <w:pStyle w:val="Heading2"/>
      </w:pPr>
      <w:r>
        <w:rPr>
          <w:rFonts w:ascii="黑体" w:hAnsi="黑体" w:eastAsia="黑体"/>
        </w:rPr>
        <w:t>2026050　李晓婷</w:t>
      </w:r>
    </w:p>
    <w:p>
      <w:pPr>
        <w:spacing w:line="336" w:lineRule="auto" w:after="200"/>
        <w:ind w:firstLine="480"/>
      </w:pPr>
      <w:r>
        <w:t>晓婷，小组合作时你总是主动揽活、乐当小助手，你的热心让老师心里暖暖的。语文88分，证明你的基础和能力都很强！数学64分、英语57分暂时落后，不要怕：把它们当新朋友，每天多见一面——多算一题、多读一句，它们会熟起来。你连别人都帮得好，也一定帮得了自己，老师，你可以！</w:t>
      </w:r>
    </w:p>
    <w:p>
      <w:pPr>
        <w:jc w:val="right"/>
      </w:pPr>
      <w:r>
        <w:rPr>
          <w:sz w:val="24"/>
          <w:color w:val="A6A6A6"/>
        </w:rPr>
        <w:t>AI生成</w:t>
      </w:r>
    </w:p>
    <w:p>
      <w:pPr>
        <w:jc w:val="right"/>
      </w:pPr>
      <w:r>
        <w:rPr>
          <w:vanish/>
          <w:sz w:val="16"/>
          <w:color w:val="BFBFBF"/>
        </w:rPr>
        <w:t>AIGC标识: 09261654-dd1b-4e4d-a1bf-ece2fb9d1d20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D55U9H0F10002","ProduceID":"09261654-dd1b-4e4d-a1bf-ece2fb9d1d20","ReservedCode1":"c0f6f016-70fe-4eab-b38b-5d961d979343","ContentPropagator":"001191110102MAD55U9H0F10002","PropagateID":"09261654-dd1b-4e4d-a1bf-ece2fb9d1d20","ReservedCode2":"c0f6f016-70fe-4eab-b38b-5d961d979343"}</vt:lpwstr>
  </property>
</Properties>
</file>